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56B3"/>
          <w:sz w:val="32"/>
        </w:rPr>
        <w:t>DIWASI VOLUNTEER SRI LANKA</w:t>
        <w:br/>
        <w:t>EMERGENCY CONTACTS &amp; NEXT OF KIN FORM</w:t>
      </w:r>
    </w:p>
    <w:p>
      <w:r>
        <w:t>Please complete this form in full and return it to the Program Director prior to your project start date in Sri Lanka. This information is required for safety and emergency coordination.</w:t>
      </w:r>
    </w:p>
    <w:p>
      <w:pPr>
        <w:pStyle w:val="Heading1"/>
      </w:pPr>
      <w:r>
        <w:t>1. Volunteer Information</w:t>
      </w:r>
    </w:p>
    <w:p>
      <w:r>
        <w:t>Full Name: _________________________________________________</w:t>
        <w:br/>
        <w:t>Passport Number: ___________________________________________</w:t>
        <w:br/>
        <w:t>Target Start Date: _________________________________________</w:t>
        <w:br/>
        <w:t>Email Address: _____________________________________________</w:t>
      </w:r>
    </w:p>
    <w:p>
      <w:pPr>
        <w:pStyle w:val="Heading1"/>
      </w:pPr>
      <w:r>
        <w:t>2. Primary Next of Kin Contact Details</w:t>
      </w:r>
    </w:p>
    <w:p>
      <w:r>
        <w:t>Full Name: _________________________________________________</w:t>
        <w:br/>
        <w:t>Relationship to Volunteer: _________________________________</w:t>
        <w:br/>
        <w:t>Phone Number (including Country Code): _____________________</w:t>
        <w:br/>
        <w:t>Email Address: _____________________________________________</w:t>
        <w:br/>
        <w:t>Home Address: ______________________________________________</w:t>
        <w:br/>
        <w:t>____________________________________________________________</w:t>
      </w:r>
    </w:p>
    <w:p>
      <w:pPr>
        <w:pStyle w:val="Heading1"/>
      </w:pPr>
      <w:r>
        <w:t>3. Secondary Emergency Contact Details (Optional)</w:t>
      </w:r>
    </w:p>
    <w:p>
      <w:r>
        <w:t>Full Name: _________________________________________________</w:t>
        <w:br/>
        <w:t>Relationship to Volunteer: _________________________________</w:t>
        <w:br/>
        <w:t>Phone Number: ______________________________________________</w:t>
        <w:br/>
        <w:t>Email Address: _____________________________________________</w:t>
      </w:r>
    </w:p>
    <w:p>
      <w:pPr>
        <w:pStyle w:val="Heading1"/>
      </w:pPr>
      <w:r>
        <w:t>4. Declaration &amp; Authorization</w:t>
      </w:r>
    </w:p>
    <w:p>
      <w:r>
        <w:t>I hereby authorize Volunteer Sri Lanka With Diwasi to contact the above-mentioned individuals in the event of an emergency or medical situation during my placement.</w:t>
        <w:br/>
        <w:br/>
        <w:t>Signature of Volunteer: _____________________________________</w:t>
        <w:br/>
        <w:t>Date: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